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9C997" w14:textId="77777777" w:rsidR="00A1744B" w:rsidRDefault="00292BA0">
      <w:pPr>
        <w:pStyle w:val="Naslov1"/>
      </w:pPr>
      <w:r>
        <w:t>2. KKS – Opći predmeti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13"/>
        <w:gridCol w:w="1788"/>
        <w:gridCol w:w="1713"/>
        <w:gridCol w:w="1713"/>
        <w:gridCol w:w="1703"/>
      </w:tblGrid>
      <w:tr w:rsidR="00A1744B" w14:paraId="0FA3D525" w14:textId="77777777" w:rsidTr="00C302E8">
        <w:tc>
          <w:tcPr>
            <w:tcW w:w="1713" w:type="dxa"/>
          </w:tcPr>
          <w:p w14:paraId="6C477B92" w14:textId="77777777" w:rsidR="00A1744B" w:rsidRDefault="00292BA0">
            <w:r>
              <w:t>Modul</w:t>
            </w:r>
          </w:p>
        </w:tc>
        <w:tc>
          <w:tcPr>
            <w:tcW w:w="1788" w:type="dxa"/>
          </w:tcPr>
          <w:p w14:paraId="0D5C8874" w14:textId="77777777" w:rsidR="00A1744B" w:rsidRDefault="00292BA0">
            <w:r>
              <w:t>Udžbenik (puni naziv)</w:t>
            </w:r>
          </w:p>
        </w:tc>
        <w:tc>
          <w:tcPr>
            <w:tcW w:w="1713" w:type="dxa"/>
          </w:tcPr>
          <w:p w14:paraId="31EB79B9" w14:textId="77777777" w:rsidR="00A1744B" w:rsidRDefault="00292BA0">
            <w:r>
              <w:t>Nakladnik</w:t>
            </w:r>
          </w:p>
        </w:tc>
        <w:tc>
          <w:tcPr>
            <w:tcW w:w="1713" w:type="dxa"/>
          </w:tcPr>
          <w:p w14:paraId="31A96ECC" w14:textId="77777777" w:rsidR="00A1744B" w:rsidRDefault="00292BA0">
            <w:r>
              <w:t>Autor/i</w:t>
            </w:r>
          </w:p>
        </w:tc>
        <w:tc>
          <w:tcPr>
            <w:tcW w:w="1703" w:type="dxa"/>
          </w:tcPr>
          <w:p w14:paraId="4C0C519D" w14:textId="77777777" w:rsidR="00A1744B" w:rsidRDefault="00292BA0">
            <w:r>
              <w:t>Cijena €</w:t>
            </w:r>
          </w:p>
        </w:tc>
      </w:tr>
      <w:tr w:rsidR="00A1744B" w14:paraId="51C2D3AA" w14:textId="77777777" w:rsidTr="00C302E8">
        <w:tc>
          <w:tcPr>
            <w:tcW w:w="1713" w:type="dxa"/>
          </w:tcPr>
          <w:p w14:paraId="6FDB9631" w14:textId="77777777" w:rsidR="00A1744B" w:rsidRDefault="00292BA0">
            <w:r>
              <w:t xml:space="preserve">Hrvatski </w:t>
            </w:r>
            <w:proofErr w:type="spellStart"/>
            <w:r>
              <w:t>jezik</w:t>
            </w:r>
            <w:proofErr w:type="spellEnd"/>
          </w:p>
        </w:tc>
        <w:tc>
          <w:tcPr>
            <w:tcW w:w="1788" w:type="dxa"/>
          </w:tcPr>
          <w:p w14:paraId="561DBA94" w14:textId="77777777" w:rsidR="00A1744B" w:rsidRDefault="00292BA0">
            <w:r>
              <w:t>NOVI PUTOKAZI 2; udžbenik za hrvatski jezik u drugom razredu trogodišnjih srednjih strukovnih škola</w:t>
            </w:r>
          </w:p>
        </w:tc>
        <w:tc>
          <w:tcPr>
            <w:tcW w:w="1713" w:type="dxa"/>
          </w:tcPr>
          <w:p w14:paraId="4D8BA571" w14:textId="77777777" w:rsidR="00A1744B" w:rsidRDefault="00292BA0">
            <w:r>
              <w:t>Školska knjiga</w:t>
            </w:r>
          </w:p>
        </w:tc>
        <w:tc>
          <w:tcPr>
            <w:tcW w:w="1713" w:type="dxa"/>
          </w:tcPr>
          <w:p w14:paraId="0156CC8D" w14:textId="77777777" w:rsidR="00A1744B" w:rsidRPr="00C302E8" w:rsidRDefault="00292BA0">
            <w:pPr>
              <w:rPr>
                <w:lang w:val="it-IT"/>
              </w:rPr>
            </w:pPr>
            <w:r w:rsidRPr="00C302E8">
              <w:rPr>
                <w:lang w:val="it-IT"/>
              </w:rPr>
              <w:t>Linda Grubišić Belina, Tanja Marčan</w:t>
            </w:r>
          </w:p>
        </w:tc>
        <w:tc>
          <w:tcPr>
            <w:tcW w:w="1703" w:type="dxa"/>
          </w:tcPr>
          <w:p w14:paraId="79F1F14B" w14:textId="77777777" w:rsidR="00A1744B" w:rsidRDefault="00292BA0">
            <w:r>
              <w:t>31,00</w:t>
            </w:r>
          </w:p>
        </w:tc>
      </w:tr>
      <w:tr w:rsidR="00A1744B" w14:paraId="6E91D010" w14:textId="77777777" w:rsidTr="00C302E8">
        <w:tc>
          <w:tcPr>
            <w:tcW w:w="1713" w:type="dxa"/>
          </w:tcPr>
          <w:p w14:paraId="3A3F0B15" w14:textId="77777777" w:rsidR="00A1744B" w:rsidRDefault="00292BA0">
            <w:r>
              <w:t>Engleski jezik</w:t>
            </w:r>
          </w:p>
        </w:tc>
        <w:tc>
          <w:tcPr>
            <w:tcW w:w="1788" w:type="dxa"/>
          </w:tcPr>
          <w:p w14:paraId="1F98F4CE" w14:textId="77777777" w:rsidR="00A1744B" w:rsidRDefault="00292BA0">
            <w:r>
              <w:t>ORDER UP 2; udžbenik engleskog jezika za drugi razred turističko-hotelijerskih i ugostiteljskih škola</w:t>
            </w:r>
          </w:p>
        </w:tc>
        <w:tc>
          <w:tcPr>
            <w:tcW w:w="1713" w:type="dxa"/>
          </w:tcPr>
          <w:p w14:paraId="49F443F3" w14:textId="77777777" w:rsidR="00A1744B" w:rsidRDefault="00292BA0">
            <w:r>
              <w:t>Školska knjiga</w:t>
            </w:r>
          </w:p>
        </w:tc>
        <w:tc>
          <w:tcPr>
            <w:tcW w:w="1713" w:type="dxa"/>
          </w:tcPr>
          <w:p w14:paraId="3ADF9533" w14:textId="77777777" w:rsidR="00A1744B" w:rsidRPr="00C302E8" w:rsidRDefault="00292BA0">
            <w:pPr>
              <w:rPr>
                <w:lang w:val="it-IT"/>
              </w:rPr>
            </w:pPr>
            <w:r w:rsidRPr="00C302E8">
              <w:rPr>
                <w:lang w:val="it-IT"/>
              </w:rPr>
              <w:t>Daria Paro, Simona Atlaga Ivanišević</w:t>
            </w:r>
          </w:p>
        </w:tc>
        <w:tc>
          <w:tcPr>
            <w:tcW w:w="1703" w:type="dxa"/>
          </w:tcPr>
          <w:p w14:paraId="2E6B89CA" w14:textId="77777777" w:rsidR="00A1744B" w:rsidRDefault="00292BA0">
            <w:r>
              <w:t>24,00</w:t>
            </w:r>
          </w:p>
        </w:tc>
      </w:tr>
    </w:tbl>
    <w:p w14:paraId="6AE7F32A" w14:textId="5909A666" w:rsidR="00A1744B" w:rsidRDefault="00292BA0">
      <w:pPr>
        <w:pStyle w:val="Naslov1"/>
      </w:pPr>
      <w:proofErr w:type="spellStart"/>
      <w:r>
        <w:t>Konobar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27"/>
        <w:gridCol w:w="1954"/>
        <w:gridCol w:w="1657"/>
        <w:gridCol w:w="1684"/>
        <w:gridCol w:w="1608"/>
      </w:tblGrid>
      <w:tr w:rsidR="00A1744B" w14:paraId="1E63E30B" w14:textId="77777777" w:rsidTr="00C302E8">
        <w:tc>
          <w:tcPr>
            <w:tcW w:w="1727" w:type="dxa"/>
          </w:tcPr>
          <w:p w14:paraId="5F688E1D" w14:textId="77777777" w:rsidR="00A1744B" w:rsidRDefault="00292BA0">
            <w:r>
              <w:t>Modul</w:t>
            </w:r>
          </w:p>
        </w:tc>
        <w:tc>
          <w:tcPr>
            <w:tcW w:w="1954" w:type="dxa"/>
          </w:tcPr>
          <w:p w14:paraId="4920D21D" w14:textId="77777777" w:rsidR="00A1744B" w:rsidRDefault="00292BA0">
            <w:r>
              <w:t>Udžbenik (puni naziv)</w:t>
            </w:r>
          </w:p>
        </w:tc>
        <w:tc>
          <w:tcPr>
            <w:tcW w:w="1657" w:type="dxa"/>
          </w:tcPr>
          <w:p w14:paraId="0B298BBD" w14:textId="77777777" w:rsidR="00A1744B" w:rsidRDefault="00292BA0">
            <w:r>
              <w:t>Nakladnik</w:t>
            </w:r>
          </w:p>
        </w:tc>
        <w:tc>
          <w:tcPr>
            <w:tcW w:w="1684" w:type="dxa"/>
          </w:tcPr>
          <w:p w14:paraId="53E28609" w14:textId="77777777" w:rsidR="00A1744B" w:rsidRDefault="00292BA0">
            <w:r>
              <w:t>Autor/i</w:t>
            </w:r>
          </w:p>
        </w:tc>
        <w:tc>
          <w:tcPr>
            <w:tcW w:w="1608" w:type="dxa"/>
          </w:tcPr>
          <w:p w14:paraId="343CDFD6" w14:textId="77777777" w:rsidR="00A1744B" w:rsidRDefault="00292BA0">
            <w:r>
              <w:t>Cijena €</w:t>
            </w:r>
          </w:p>
        </w:tc>
      </w:tr>
      <w:tr w:rsidR="00A1744B" w14:paraId="509BA992" w14:textId="77777777" w:rsidTr="00C302E8">
        <w:tc>
          <w:tcPr>
            <w:tcW w:w="1727" w:type="dxa"/>
          </w:tcPr>
          <w:p w14:paraId="19FF1FC8" w14:textId="77777777" w:rsidR="00A1744B" w:rsidRDefault="00292BA0">
            <w:proofErr w:type="spellStart"/>
            <w:r>
              <w:t>Komunikacijske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 u </w:t>
            </w:r>
            <w:proofErr w:type="spellStart"/>
            <w:r>
              <w:t>struci</w:t>
            </w:r>
            <w:proofErr w:type="spellEnd"/>
          </w:p>
        </w:tc>
        <w:tc>
          <w:tcPr>
            <w:tcW w:w="1954" w:type="dxa"/>
          </w:tcPr>
          <w:p w14:paraId="6B72F101" w14:textId="77777777" w:rsidR="00A1744B" w:rsidRDefault="00292BA0">
            <w:r>
              <w:t>LEICHT UND LECKER! 1; udžbenik njemačkog jezika za prvi i drugi razred hotelijersko-turističkih i ugostiteljskih škola</w:t>
            </w:r>
          </w:p>
        </w:tc>
        <w:tc>
          <w:tcPr>
            <w:tcW w:w="1657" w:type="dxa"/>
          </w:tcPr>
          <w:p w14:paraId="339499CB" w14:textId="77777777" w:rsidR="00A1744B" w:rsidRDefault="00292BA0">
            <w:r>
              <w:t>Školska knjiga</w:t>
            </w:r>
          </w:p>
        </w:tc>
        <w:tc>
          <w:tcPr>
            <w:tcW w:w="1684" w:type="dxa"/>
          </w:tcPr>
          <w:p w14:paraId="66DCBFE9" w14:textId="77777777" w:rsidR="00A1744B" w:rsidRDefault="00292BA0">
            <w:r>
              <w:t>Nevenka Blažević</w:t>
            </w:r>
          </w:p>
        </w:tc>
        <w:tc>
          <w:tcPr>
            <w:tcW w:w="1608" w:type="dxa"/>
          </w:tcPr>
          <w:p w14:paraId="3DBB2C34" w14:textId="7CB1424B" w:rsidR="00A1744B" w:rsidRDefault="0007585A">
            <w:r>
              <w:t>24,00</w:t>
            </w:r>
          </w:p>
        </w:tc>
      </w:tr>
      <w:tr w:rsidR="00A1744B" w14:paraId="1D62A317" w14:textId="77777777" w:rsidTr="00C302E8">
        <w:tc>
          <w:tcPr>
            <w:tcW w:w="1727" w:type="dxa"/>
          </w:tcPr>
          <w:p w14:paraId="70F4EE3E" w14:textId="77777777" w:rsidR="00A1744B" w:rsidRDefault="00292BA0">
            <w:proofErr w:type="spellStart"/>
            <w:r>
              <w:t>Talijanski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</w:p>
        </w:tc>
        <w:tc>
          <w:tcPr>
            <w:tcW w:w="1954" w:type="dxa"/>
          </w:tcPr>
          <w:p w14:paraId="7F64A872" w14:textId="4B03C75E" w:rsidR="00A1744B" w:rsidRDefault="0007585A">
            <w:r>
              <w:t>SALE&amp;PEPE</w:t>
            </w:r>
            <w:r w:rsidR="00292BA0">
              <w:t xml:space="preserve"> 1; </w:t>
            </w:r>
            <w:proofErr w:type="spellStart"/>
            <w:r w:rsidR="00292BA0">
              <w:t>radni</w:t>
            </w:r>
            <w:proofErr w:type="spellEnd"/>
            <w:r w:rsidR="00292BA0">
              <w:t xml:space="preserve"> </w:t>
            </w:r>
            <w:proofErr w:type="spellStart"/>
            <w:r w:rsidR="00292BA0">
              <w:t>udžbenik</w:t>
            </w:r>
            <w:proofErr w:type="spellEnd"/>
            <w:r w:rsidR="00292BA0">
              <w:t xml:space="preserve"> </w:t>
            </w:r>
            <w:proofErr w:type="spellStart"/>
            <w:r w:rsidR="00292BA0">
              <w:t>talijanskog</w:t>
            </w:r>
            <w:proofErr w:type="spellEnd"/>
            <w:r w:rsidR="00292BA0">
              <w:t xml:space="preserve"> </w:t>
            </w:r>
            <w:proofErr w:type="spellStart"/>
            <w:r w:rsidR="00292BA0">
              <w:t>jezika</w:t>
            </w:r>
            <w:proofErr w:type="spellEnd"/>
            <w:r w:rsidR="00292BA0">
              <w:t xml:space="preserve"> u </w:t>
            </w:r>
            <w:proofErr w:type="spellStart"/>
            <w:r w:rsidR="00292BA0">
              <w:t>prvom</w:t>
            </w:r>
            <w:proofErr w:type="spellEnd"/>
            <w:r w:rsidR="00292BA0"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drugom</w:t>
            </w:r>
            <w:proofErr w:type="spellEnd"/>
            <w:r>
              <w:t xml:space="preserve"> </w:t>
            </w:r>
            <w:proofErr w:type="spellStart"/>
            <w:r w:rsidR="00292BA0">
              <w:t>razredu</w:t>
            </w:r>
            <w:proofErr w:type="spellEnd"/>
            <w:r w:rsidR="00292BA0">
              <w:t xml:space="preserve"> </w:t>
            </w:r>
            <w:proofErr w:type="spellStart"/>
            <w:r w:rsidR="00292BA0">
              <w:t>srednjih</w:t>
            </w:r>
            <w:proofErr w:type="spellEnd"/>
            <w:r>
              <w:t xml:space="preserve"> </w:t>
            </w:r>
            <w:proofErr w:type="spellStart"/>
            <w:r>
              <w:t>strukovnih</w:t>
            </w:r>
            <w:proofErr w:type="spellEnd"/>
            <w:r w:rsidR="00292BA0">
              <w:t xml:space="preserve"> </w:t>
            </w:r>
            <w:proofErr w:type="spellStart"/>
            <w:r w:rsidR="00292BA0">
              <w:t>škola</w:t>
            </w:r>
            <w:proofErr w:type="spellEnd"/>
          </w:p>
        </w:tc>
        <w:tc>
          <w:tcPr>
            <w:tcW w:w="1657" w:type="dxa"/>
          </w:tcPr>
          <w:p w14:paraId="539F1B38" w14:textId="77777777" w:rsidR="00A1744B" w:rsidRDefault="00292BA0">
            <w:r>
              <w:t>Školska knjiga</w:t>
            </w:r>
          </w:p>
        </w:tc>
        <w:tc>
          <w:tcPr>
            <w:tcW w:w="1684" w:type="dxa"/>
          </w:tcPr>
          <w:p w14:paraId="19E40C49" w14:textId="77777777" w:rsidR="00A1744B" w:rsidRDefault="00292BA0">
            <w:r>
              <w:t>Irena Vučić, Silvia Venchiarutti</w:t>
            </w:r>
          </w:p>
        </w:tc>
        <w:tc>
          <w:tcPr>
            <w:tcW w:w="1608" w:type="dxa"/>
          </w:tcPr>
          <w:p w14:paraId="5CB8174C" w14:textId="1C898BEC" w:rsidR="00A1744B" w:rsidRDefault="0007585A">
            <w:r>
              <w:t>23,00</w:t>
            </w:r>
          </w:p>
        </w:tc>
      </w:tr>
    </w:tbl>
    <w:p w14:paraId="03C12CFD" w14:textId="77777777" w:rsidR="00C302E8" w:rsidRDefault="00C302E8">
      <w:pPr>
        <w:pStyle w:val="Naslov1"/>
      </w:pPr>
    </w:p>
    <w:p w14:paraId="61595AA3" w14:textId="77777777" w:rsidR="00C302E8" w:rsidRDefault="00C302E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6C177315" w14:textId="08AF372E" w:rsidR="00A1744B" w:rsidRDefault="00292BA0">
      <w:pPr>
        <w:pStyle w:val="Naslov1"/>
      </w:pPr>
      <w:r>
        <w:lastRenderedPageBreak/>
        <w:t>Kuhar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11"/>
        <w:gridCol w:w="1942"/>
        <w:gridCol w:w="1672"/>
        <w:gridCol w:w="1672"/>
        <w:gridCol w:w="1633"/>
      </w:tblGrid>
      <w:tr w:rsidR="00A1744B" w14:paraId="7DE4EE49" w14:textId="77777777" w:rsidTr="00C302E8">
        <w:tc>
          <w:tcPr>
            <w:tcW w:w="1711" w:type="dxa"/>
          </w:tcPr>
          <w:p w14:paraId="5AA6E2A4" w14:textId="77777777" w:rsidR="00A1744B" w:rsidRDefault="00292BA0">
            <w:r>
              <w:t>Modul</w:t>
            </w:r>
          </w:p>
        </w:tc>
        <w:tc>
          <w:tcPr>
            <w:tcW w:w="1942" w:type="dxa"/>
          </w:tcPr>
          <w:p w14:paraId="4F518AB7" w14:textId="77777777" w:rsidR="00A1744B" w:rsidRDefault="00292BA0">
            <w:r>
              <w:t>Udžbenik (puni naziv)</w:t>
            </w:r>
          </w:p>
        </w:tc>
        <w:tc>
          <w:tcPr>
            <w:tcW w:w="1672" w:type="dxa"/>
          </w:tcPr>
          <w:p w14:paraId="06435FDB" w14:textId="77777777" w:rsidR="00A1744B" w:rsidRDefault="00292BA0">
            <w:r>
              <w:t>Nakladnik</w:t>
            </w:r>
          </w:p>
        </w:tc>
        <w:tc>
          <w:tcPr>
            <w:tcW w:w="1672" w:type="dxa"/>
          </w:tcPr>
          <w:p w14:paraId="61C11213" w14:textId="77777777" w:rsidR="00A1744B" w:rsidRDefault="00292BA0">
            <w:r>
              <w:t>Autor/i</w:t>
            </w:r>
          </w:p>
        </w:tc>
        <w:tc>
          <w:tcPr>
            <w:tcW w:w="1633" w:type="dxa"/>
          </w:tcPr>
          <w:p w14:paraId="46DF419D" w14:textId="77777777" w:rsidR="00A1744B" w:rsidRDefault="00292BA0">
            <w:r>
              <w:t>Cijena €</w:t>
            </w:r>
          </w:p>
        </w:tc>
      </w:tr>
      <w:tr w:rsidR="00A1744B" w14:paraId="0A23B16E" w14:textId="77777777" w:rsidTr="00C302E8">
        <w:tc>
          <w:tcPr>
            <w:tcW w:w="1711" w:type="dxa"/>
          </w:tcPr>
          <w:p w14:paraId="63844F4E" w14:textId="77777777" w:rsidR="00A1744B" w:rsidRPr="00C302E8" w:rsidRDefault="00292BA0">
            <w:pPr>
              <w:rPr>
                <w:lang w:val="it-IT"/>
              </w:rPr>
            </w:pPr>
            <w:proofErr w:type="spellStart"/>
            <w:r w:rsidRPr="00C302E8">
              <w:rPr>
                <w:lang w:val="it-IT"/>
              </w:rPr>
              <w:t>Komunikacija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na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stranom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jeziku</w:t>
            </w:r>
            <w:proofErr w:type="spellEnd"/>
            <w:r w:rsidRPr="00C302E8">
              <w:rPr>
                <w:lang w:val="it-IT"/>
              </w:rPr>
              <w:t xml:space="preserve"> u </w:t>
            </w:r>
            <w:proofErr w:type="spellStart"/>
            <w:r w:rsidRPr="00C302E8">
              <w:rPr>
                <w:lang w:val="it-IT"/>
              </w:rPr>
              <w:t>struci</w:t>
            </w:r>
            <w:proofErr w:type="spellEnd"/>
          </w:p>
        </w:tc>
        <w:tc>
          <w:tcPr>
            <w:tcW w:w="1942" w:type="dxa"/>
          </w:tcPr>
          <w:p w14:paraId="65E349C3" w14:textId="77777777" w:rsidR="00A1744B" w:rsidRDefault="00292BA0">
            <w:r>
              <w:t xml:space="preserve">EN </w:t>
            </w:r>
            <w:proofErr w:type="gramStart"/>
            <w:r>
              <w:t>CUISINE!;</w:t>
            </w:r>
            <w:proofErr w:type="gramEnd"/>
            <w:r>
              <w:t xml:space="preserve"> Français </w:t>
            </w:r>
            <w:proofErr w:type="spellStart"/>
            <w:r>
              <w:t>professionnel</w:t>
            </w:r>
            <w:proofErr w:type="spellEnd"/>
            <w:r>
              <w:t xml:space="preserve">, </w:t>
            </w:r>
            <w:proofErr w:type="spellStart"/>
            <w:r>
              <w:t>Niveaux</w:t>
            </w:r>
            <w:proofErr w:type="spellEnd"/>
            <w:r>
              <w:t xml:space="preserve"> A1/A2</w:t>
            </w:r>
          </w:p>
        </w:tc>
        <w:tc>
          <w:tcPr>
            <w:tcW w:w="1672" w:type="dxa"/>
          </w:tcPr>
          <w:p w14:paraId="5B91A34B" w14:textId="77777777" w:rsidR="00A1744B" w:rsidRDefault="00292BA0">
            <w:r>
              <w:t>Profil Klett</w:t>
            </w:r>
          </w:p>
        </w:tc>
        <w:tc>
          <w:tcPr>
            <w:tcW w:w="1672" w:type="dxa"/>
          </w:tcPr>
          <w:p w14:paraId="7D324BD5" w14:textId="77777777" w:rsidR="00A1744B" w:rsidRDefault="00292BA0">
            <w:r>
              <w:t>Jérôme Cholvy</w:t>
            </w:r>
          </w:p>
        </w:tc>
        <w:tc>
          <w:tcPr>
            <w:tcW w:w="1633" w:type="dxa"/>
          </w:tcPr>
          <w:p w14:paraId="0D94378C" w14:textId="691D63EE" w:rsidR="00A1744B" w:rsidRDefault="00453249">
            <w:r>
              <w:t>19,00</w:t>
            </w:r>
          </w:p>
        </w:tc>
      </w:tr>
      <w:tr w:rsidR="00A1744B" w14:paraId="1153827A" w14:textId="77777777" w:rsidTr="00C302E8">
        <w:tc>
          <w:tcPr>
            <w:tcW w:w="1711" w:type="dxa"/>
          </w:tcPr>
          <w:p w14:paraId="165A8BF3" w14:textId="77777777" w:rsidR="00A1744B" w:rsidRPr="00C302E8" w:rsidRDefault="00292BA0">
            <w:pPr>
              <w:rPr>
                <w:lang w:val="it-IT"/>
              </w:rPr>
            </w:pPr>
            <w:proofErr w:type="spellStart"/>
            <w:r w:rsidRPr="00C302E8">
              <w:rPr>
                <w:lang w:val="it-IT"/>
              </w:rPr>
              <w:t>Komunikacija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na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stranom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jeziku</w:t>
            </w:r>
            <w:proofErr w:type="spellEnd"/>
            <w:r w:rsidRPr="00C302E8">
              <w:rPr>
                <w:lang w:val="it-IT"/>
              </w:rPr>
              <w:t xml:space="preserve"> u </w:t>
            </w:r>
            <w:proofErr w:type="spellStart"/>
            <w:r w:rsidRPr="00C302E8">
              <w:rPr>
                <w:lang w:val="it-IT"/>
              </w:rPr>
              <w:t>struci</w:t>
            </w:r>
            <w:proofErr w:type="spellEnd"/>
          </w:p>
        </w:tc>
        <w:tc>
          <w:tcPr>
            <w:tcW w:w="1942" w:type="dxa"/>
          </w:tcPr>
          <w:p w14:paraId="2AB7AB97" w14:textId="77777777" w:rsidR="00A1744B" w:rsidRPr="00C302E8" w:rsidRDefault="00292BA0">
            <w:pPr>
              <w:rPr>
                <w:lang w:val="it-IT"/>
              </w:rPr>
            </w:pPr>
            <w:r w:rsidRPr="00C302E8">
              <w:rPr>
                <w:lang w:val="it-IT"/>
              </w:rPr>
              <w:t xml:space="preserve">ORDER UP 2; </w:t>
            </w:r>
            <w:proofErr w:type="spellStart"/>
            <w:r w:rsidRPr="00C302E8">
              <w:rPr>
                <w:lang w:val="it-IT"/>
              </w:rPr>
              <w:t>udžbenik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engleskog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jezika</w:t>
            </w:r>
            <w:proofErr w:type="spellEnd"/>
            <w:r w:rsidRPr="00C302E8">
              <w:rPr>
                <w:lang w:val="it-IT"/>
              </w:rPr>
              <w:t xml:space="preserve"> za </w:t>
            </w:r>
            <w:proofErr w:type="spellStart"/>
            <w:r w:rsidRPr="00C302E8">
              <w:rPr>
                <w:lang w:val="it-IT"/>
              </w:rPr>
              <w:t>drugi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razred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turističko-hotelijerskih</w:t>
            </w:r>
            <w:proofErr w:type="spellEnd"/>
            <w:r w:rsidRPr="00C302E8">
              <w:rPr>
                <w:lang w:val="it-IT"/>
              </w:rPr>
              <w:t xml:space="preserve"> i </w:t>
            </w:r>
            <w:proofErr w:type="spellStart"/>
            <w:r w:rsidRPr="00C302E8">
              <w:rPr>
                <w:lang w:val="it-IT"/>
              </w:rPr>
              <w:t>ugostiteljskih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škola</w:t>
            </w:r>
            <w:proofErr w:type="spellEnd"/>
          </w:p>
        </w:tc>
        <w:tc>
          <w:tcPr>
            <w:tcW w:w="1672" w:type="dxa"/>
          </w:tcPr>
          <w:p w14:paraId="633E902D" w14:textId="77777777" w:rsidR="00A1744B" w:rsidRDefault="00292BA0">
            <w:proofErr w:type="spellStart"/>
            <w:r>
              <w:t>Školska</w:t>
            </w:r>
            <w:proofErr w:type="spellEnd"/>
            <w:r>
              <w:t xml:space="preserve"> </w:t>
            </w:r>
            <w:proofErr w:type="spellStart"/>
            <w:r>
              <w:t>knjiga</w:t>
            </w:r>
            <w:proofErr w:type="spellEnd"/>
          </w:p>
        </w:tc>
        <w:tc>
          <w:tcPr>
            <w:tcW w:w="1672" w:type="dxa"/>
          </w:tcPr>
          <w:p w14:paraId="722E03C2" w14:textId="77777777" w:rsidR="00A1744B" w:rsidRPr="00C302E8" w:rsidRDefault="00292BA0">
            <w:pPr>
              <w:rPr>
                <w:lang w:val="it-IT"/>
              </w:rPr>
            </w:pPr>
            <w:r w:rsidRPr="00C302E8">
              <w:rPr>
                <w:lang w:val="it-IT"/>
              </w:rPr>
              <w:t>Daria Paro, Simona Atlaga Ivanišević</w:t>
            </w:r>
          </w:p>
        </w:tc>
        <w:tc>
          <w:tcPr>
            <w:tcW w:w="1633" w:type="dxa"/>
          </w:tcPr>
          <w:p w14:paraId="6A531B84" w14:textId="77777777" w:rsidR="00A1744B" w:rsidRDefault="00292BA0">
            <w:r>
              <w:t>24,00</w:t>
            </w:r>
          </w:p>
        </w:tc>
      </w:tr>
    </w:tbl>
    <w:p w14:paraId="3C030E80" w14:textId="639B724C" w:rsidR="00453249" w:rsidRDefault="00453249" w:rsidP="00453249">
      <w:pPr>
        <w:pStyle w:val="Naslov1"/>
      </w:pPr>
      <w:proofErr w:type="spellStart"/>
      <w:r>
        <w:t>Slastičar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12"/>
        <w:gridCol w:w="1911"/>
        <w:gridCol w:w="1685"/>
        <w:gridCol w:w="1666"/>
        <w:gridCol w:w="1656"/>
      </w:tblGrid>
      <w:tr w:rsidR="00453249" w14:paraId="744E7DE7" w14:textId="77777777" w:rsidTr="00453249">
        <w:tc>
          <w:tcPr>
            <w:tcW w:w="1728" w:type="dxa"/>
          </w:tcPr>
          <w:p w14:paraId="5C5023A8" w14:textId="77777777" w:rsidR="00453249" w:rsidRDefault="00453249" w:rsidP="00154255">
            <w:r>
              <w:t>Modul</w:t>
            </w:r>
          </w:p>
        </w:tc>
        <w:tc>
          <w:tcPr>
            <w:tcW w:w="1942" w:type="dxa"/>
          </w:tcPr>
          <w:p w14:paraId="0974D819" w14:textId="77777777" w:rsidR="00453249" w:rsidRDefault="00453249" w:rsidP="00154255">
            <w:proofErr w:type="spellStart"/>
            <w:r>
              <w:t>Udžbenik</w:t>
            </w:r>
            <w:proofErr w:type="spellEnd"/>
            <w:r>
              <w:t xml:space="preserve"> (</w:t>
            </w:r>
            <w:proofErr w:type="spellStart"/>
            <w:r>
              <w:t>puni</w:t>
            </w:r>
            <w:proofErr w:type="spellEnd"/>
            <w:r>
              <w:t xml:space="preserve"> </w:t>
            </w:r>
            <w:proofErr w:type="spellStart"/>
            <w:r>
              <w:t>naziv</w:t>
            </w:r>
            <w:proofErr w:type="spellEnd"/>
            <w:r>
              <w:t>)</w:t>
            </w:r>
          </w:p>
        </w:tc>
        <w:tc>
          <w:tcPr>
            <w:tcW w:w="1728" w:type="dxa"/>
          </w:tcPr>
          <w:p w14:paraId="6292F86B" w14:textId="77777777" w:rsidR="00453249" w:rsidRDefault="00453249" w:rsidP="00154255">
            <w:proofErr w:type="spellStart"/>
            <w:r>
              <w:t>Nakladnik</w:t>
            </w:r>
            <w:proofErr w:type="spellEnd"/>
          </w:p>
        </w:tc>
        <w:tc>
          <w:tcPr>
            <w:tcW w:w="1728" w:type="dxa"/>
          </w:tcPr>
          <w:p w14:paraId="3B5109B2" w14:textId="77777777" w:rsidR="00453249" w:rsidRDefault="00453249" w:rsidP="00154255">
            <w:r>
              <w:t>Autor/</w:t>
            </w:r>
            <w:proofErr w:type="spellStart"/>
            <w:r>
              <w:t>i</w:t>
            </w:r>
            <w:proofErr w:type="spellEnd"/>
          </w:p>
        </w:tc>
        <w:tc>
          <w:tcPr>
            <w:tcW w:w="1728" w:type="dxa"/>
          </w:tcPr>
          <w:p w14:paraId="2EEDCFED" w14:textId="77777777" w:rsidR="00453249" w:rsidRDefault="00453249" w:rsidP="00154255">
            <w:proofErr w:type="spellStart"/>
            <w:r>
              <w:t>Cijena</w:t>
            </w:r>
            <w:proofErr w:type="spellEnd"/>
            <w:r>
              <w:t xml:space="preserve"> €</w:t>
            </w:r>
          </w:p>
        </w:tc>
      </w:tr>
      <w:tr w:rsidR="00453249" w14:paraId="0D15EE93" w14:textId="77777777" w:rsidTr="00453249">
        <w:tc>
          <w:tcPr>
            <w:tcW w:w="1728" w:type="dxa"/>
          </w:tcPr>
          <w:p w14:paraId="7E316B74" w14:textId="77777777" w:rsidR="00453249" w:rsidRPr="00C302E8" w:rsidRDefault="00453249" w:rsidP="00154255">
            <w:pPr>
              <w:rPr>
                <w:lang w:val="it-IT"/>
              </w:rPr>
            </w:pPr>
            <w:proofErr w:type="spellStart"/>
            <w:r w:rsidRPr="00C302E8">
              <w:rPr>
                <w:lang w:val="it-IT"/>
              </w:rPr>
              <w:t>Komunikacija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na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stranom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jeziku</w:t>
            </w:r>
            <w:proofErr w:type="spellEnd"/>
            <w:r w:rsidRPr="00C302E8">
              <w:rPr>
                <w:lang w:val="it-IT"/>
              </w:rPr>
              <w:t xml:space="preserve"> u </w:t>
            </w:r>
            <w:proofErr w:type="spellStart"/>
            <w:r w:rsidRPr="00C302E8">
              <w:rPr>
                <w:lang w:val="it-IT"/>
              </w:rPr>
              <w:t>struci</w:t>
            </w:r>
            <w:proofErr w:type="spellEnd"/>
          </w:p>
        </w:tc>
        <w:tc>
          <w:tcPr>
            <w:tcW w:w="1942" w:type="dxa"/>
          </w:tcPr>
          <w:p w14:paraId="48F44CE2" w14:textId="77777777" w:rsidR="00453249" w:rsidRDefault="00453249" w:rsidP="00154255">
            <w:r>
              <w:t xml:space="preserve">EN </w:t>
            </w:r>
            <w:proofErr w:type="gramStart"/>
            <w:r>
              <w:t>CUISINE!;</w:t>
            </w:r>
            <w:proofErr w:type="gramEnd"/>
            <w:r>
              <w:t xml:space="preserve"> Français </w:t>
            </w:r>
            <w:proofErr w:type="spellStart"/>
            <w:r>
              <w:t>professionnel</w:t>
            </w:r>
            <w:proofErr w:type="spellEnd"/>
            <w:r>
              <w:t xml:space="preserve">, </w:t>
            </w:r>
            <w:proofErr w:type="spellStart"/>
            <w:r>
              <w:t>Niveaux</w:t>
            </w:r>
            <w:proofErr w:type="spellEnd"/>
            <w:r>
              <w:t xml:space="preserve"> A1/A2</w:t>
            </w:r>
          </w:p>
        </w:tc>
        <w:tc>
          <w:tcPr>
            <w:tcW w:w="1728" w:type="dxa"/>
          </w:tcPr>
          <w:p w14:paraId="5F364ACC" w14:textId="77777777" w:rsidR="00453249" w:rsidRDefault="00453249" w:rsidP="00154255">
            <w:proofErr w:type="spellStart"/>
            <w:r>
              <w:t>Profil</w:t>
            </w:r>
            <w:proofErr w:type="spellEnd"/>
            <w:r>
              <w:t xml:space="preserve"> Klett</w:t>
            </w:r>
          </w:p>
        </w:tc>
        <w:tc>
          <w:tcPr>
            <w:tcW w:w="1728" w:type="dxa"/>
          </w:tcPr>
          <w:p w14:paraId="40E06600" w14:textId="77777777" w:rsidR="00453249" w:rsidRDefault="00453249" w:rsidP="00154255">
            <w:r>
              <w:t>Jérôme Cholvy</w:t>
            </w:r>
          </w:p>
        </w:tc>
        <w:tc>
          <w:tcPr>
            <w:tcW w:w="1728" w:type="dxa"/>
          </w:tcPr>
          <w:p w14:paraId="7BB5EB6F" w14:textId="77777777" w:rsidR="00453249" w:rsidRDefault="00453249" w:rsidP="00154255">
            <w:r>
              <w:t>19,00</w:t>
            </w:r>
          </w:p>
        </w:tc>
      </w:tr>
    </w:tbl>
    <w:p w14:paraId="5C2F1812" w14:textId="77777777" w:rsidR="00C302E8" w:rsidRDefault="00C302E8">
      <w:pPr>
        <w:pStyle w:val="Naslov1"/>
      </w:pPr>
    </w:p>
    <w:p w14:paraId="3D868C3D" w14:textId="77777777" w:rsidR="00C302E8" w:rsidRDefault="00C302E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54A8398F" w14:textId="77777777" w:rsidR="00453249" w:rsidRDefault="00453249">
      <w:pPr>
        <w:pStyle w:val="Naslov1"/>
      </w:pPr>
    </w:p>
    <w:p w14:paraId="1F1F7EAC" w14:textId="540197F3" w:rsidR="00A1744B" w:rsidRDefault="00292BA0">
      <w:pPr>
        <w:pStyle w:val="Naslov1"/>
      </w:pPr>
      <w:r>
        <w:t>2. TTD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13"/>
        <w:gridCol w:w="2006"/>
        <w:gridCol w:w="1666"/>
        <w:gridCol w:w="1672"/>
        <w:gridCol w:w="1573"/>
      </w:tblGrid>
      <w:tr w:rsidR="00A1744B" w14:paraId="549F8182" w14:textId="77777777" w:rsidTr="00C302E8">
        <w:tc>
          <w:tcPr>
            <w:tcW w:w="1713" w:type="dxa"/>
          </w:tcPr>
          <w:p w14:paraId="164B583D" w14:textId="77777777" w:rsidR="00A1744B" w:rsidRDefault="00292BA0">
            <w:r>
              <w:t>Modul</w:t>
            </w:r>
          </w:p>
        </w:tc>
        <w:tc>
          <w:tcPr>
            <w:tcW w:w="2006" w:type="dxa"/>
          </w:tcPr>
          <w:p w14:paraId="6384E823" w14:textId="77777777" w:rsidR="00A1744B" w:rsidRDefault="00292BA0">
            <w:r>
              <w:t>Udžbenik (puni naziv)</w:t>
            </w:r>
          </w:p>
        </w:tc>
        <w:tc>
          <w:tcPr>
            <w:tcW w:w="1666" w:type="dxa"/>
          </w:tcPr>
          <w:p w14:paraId="7CCA6798" w14:textId="77777777" w:rsidR="00A1744B" w:rsidRDefault="00292BA0">
            <w:r>
              <w:t>Nakladnik</w:t>
            </w:r>
          </w:p>
        </w:tc>
        <w:tc>
          <w:tcPr>
            <w:tcW w:w="1672" w:type="dxa"/>
          </w:tcPr>
          <w:p w14:paraId="7BF52D19" w14:textId="77777777" w:rsidR="00A1744B" w:rsidRDefault="00292BA0">
            <w:r>
              <w:t>Autor/i</w:t>
            </w:r>
          </w:p>
        </w:tc>
        <w:tc>
          <w:tcPr>
            <w:tcW w:w="1573" w:type="dxa"/>
          </w:tcPr>
          <w:p w14:paraId="07D01418" w14:textId="77777777" w:rsidR="00A1744B" w:rsidRDefault="00292BA0">
            <w:r>
              <w:t>Cijena €</w:t>
            </w:r>
          </w:p>
        </w:tc>
      </w:tr>
      <w:tr w:rsidR="00A1744B" w14:paraId="1AA79EDB" w14:textId="77777777" w:rsidTr="00C302E8">
        <w:tc>
          <w:tcPr>
            <w:tcW w:w="1713" w:type="dxa"/>
          </w:tcPr>
          <w:p w14:paraId="06383930" w14:textId="77777777" w:rsidR="00A1744B" w:rsidRDefault="00292BA0">
            <w:r>
              <w:t>Hrvatski jezik</w:t>
            </w:r>
          </w:p>
        </w:tc>
        <w:tc>
          <w:tcPr>
            <w:tcW w:w="2006" w:type="dxa"/>
          </w:tcPr>
          <w:p w14:paraId="35F69B90" w14:textId="77777777" w:rsidR="00A1744B" w:rsidRDefault="00292BA0">
            <w:r>
              <w:t>NOVI PUTOKAZI 2; udžbenik za hrvatski jezik u drugom razredu četverogodišnjih srednjih strukovnih škola</w:t>
            </w:r>
          </w:p>
        </w:tc>
        <w:tc>
          <w:tcPr>
            <w:tcW w:w="1666" w:type="dxa"/>
          </w:tcPr>
          <w:p w14:paraId="50BAB4D5" w14:textId="77777777" w:rsidR="00A1744B" w:rsidRDefault="00292BA0">
            <w:r>
              <w:t>Školska knjiga</w:t>
            </w:r>
          </w:p>
        </w:tc>
        <w:tc>
          <w:tcPr>
            <w:tcW w:w="1672" w:type="dxa"/>
          </w:tcPr>
          <w:p w14:paraId="25B84132" w14:textId="77777777" w:rsidR="00A1744B" w:rsidRPr="00C302E8" w:rsidRDefault="00292BA0">
            <w:pPr>
              <w:rPr>
                <w:lang w:val="it-IT"/>
              </w:rPr>
            </w:pPr>
            <w:r w:rsidRPr="00C302E8">
              <w:rPr>
                <w:lang w:val="it-IT"/>
              </w:rPr>
              <w:t>Linda Grubišić Belina, Tanja Marčan</w:t>
            </w:r>
          </w:p>
        </w:tc>
        <w:tc>
          <w:tcPr>
            <w:tcW w:w="1573" w:type="dxa"/>
          </w:tcPr>
          <w:p w14:paraId="28A9F1A2" w14:textId="77777777" w:rsidR="00A1744B" w:rsidRDefault="00292BA0">
            <w:r>
              <w:t>31,00</w:t>
            </w:r>
          </w:p>
        </w:tc>
      </w:tr>
      <w:tr w:rsidR="00A1744B" w14:paraId="1A3B2FF3" w14:textId="77777777" w:rsidTr="00C302E8">
        <w:tc>
          <w:tcPr>
            <w:tcW w:w="1713" w:type="dxa"/>
          </w:tcPr>
          <w:p w14:paraId="2B860A95" w14:textId="77777777" w:rsidR="00A1744B" w:rsidRDefault="00292BA0">
            <w:r>
              <w:t>Engleski jezik</w:t>
            </w:r>
          </w:p>
        </w:tc>
        <w:tc>
          <w:tcPr>
            <w:tcW w:w="2006" w:type="dxa"/>
          </w:tcPr>
          <w:p w14:paraId="5050B37F" w14:textId="77777777" w:rsidR="00A1744B" w:rsidRDefault="00292BA0">
            <w:r>
              <w:t>HEADWAY 5th EDITION INTERMEDIATE; Student Book</w:t>
            </w:r>
          </w:p>
        </w:tc>
        <w:tc>
          <w:tcPr>
            <w:tcW w:w="1666" w:type="dxa"/>
          </w:tcPr>
          <w:p w14:paraId="4302DFE9" w14:textId="77777777" w:rsidR="00A1744B" w:rsidRDefault="00292BA0">
            <w:r>
              <w:t>Oxford University Press/Profil Klett</w:t>
            </w:r>
          </w:p>
        </w:tc>
        <w:tc>
          <w:tcPr>
            <w:tcW w:w="1672" w:type="dxa"/>
          </w:tcPr>
          <w:p w14:paraId="6054C024" w14:textId="77777777" w:rsidR="00A1744B" w:rsidRDefault="00292BA0">
            <w:r>
              <w:t>Liz Soars, John Soars, Paul Hancock</w:t>
            </w:r>
          </w:p>
        </w:tc>
        <w:tc>
          <w:tcPr>
            <w:tcW w:w="1573" w:type="dxa"/>
          </w:tcPr>
          <w:p w14:paraId="2E5BFE65" w14:textId="20A47D2B" w:rsidR="00A1744B" w:rsidRDefault="00453249">
            <w:r>
              <w:t>16,50</w:t>
            </w:r>
          </w:p>
        </w:tc>
      </w:tr>
      <w:tr w:rsidR="00A1744B" w14:paraId="62740AFC" w14:textId="77777777" w:rsidTr="00C302E8">
        <w:tc>
          <w:tcPr>
            <w:tcW w:w="1713" w:type="dxa"/>
          </w:tcPr>
          <w:p w14:paraId="51F083ED" w14:textId="77777777" w:rsidR="00A1744B" w:rsidRDefault="00292BA0">
            <w:proofErr w:type="spellStart"/>
            <w:r>
              <w:t>Njemački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  <w:r>
              <w:t xml:space="preserve"> u </w:t>
            </w:r>
            <w:proofErr w:type="spellStart"/>
            <w:r>
              <w:t>turizmu</w:t>
            </w:r>
            <w:proofErr w:type="spellEnd"/>
          </w:p>
        </w:tc>
        <w:tc>
          <w:tcPr>
            <w:tcW w:w="2006" w:type="dxa"/>
          </w:tcPr>
          <w:p w14:paraId="058CF99B" w14:textId="77777777" w:rsidR="00A1744B" w:rsidRDefault="00292BA0">
            <w:r>
              <w:t>LEICHT UND LECKER! 1</w:t>
            </w:r>
          </w:p>
          <w:p w14:paraId="1301EBE0" w14:textId="34609CD1" w:rsidR="00292BA0" w:rsidRDefault="00292BA0">
            <w:proofErr w:type="spellStart"/>
            <w:r>
              <w:t>udžbenik</w:t>
            </w:r>
            <w:proofErr w:type="spellEnd"/>
            <w:r>
              <w:t xml:space="preserve"> </w:t>
            </w:r>
            <w:proofErr w:type="spellStart"/>
            <w:r>
              <w:t>njemačkog</w:t>
            </w:r>
            <w:proofErr w:type="spellEnd"/>
            <w:r>
              <w:t xml:space="preserve"> </w:t>
            </w:r>
            <w:proofErr w:type="spellStart"/>
            <w:r>
              <w:t>jezika</w:t>
            </w:r>
            <w:proofErr w:type="spellEnd"/>
            <w:r>
              <w:t xml:space="preserve"> za </w:t>
            </w:r>
            <w:proofErr w:type="spellStart"/>
            <w:r>
              <w:t>prvi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drugi</w:t>
            </w:r>
            <w:proofErr w:type="spellEnd"/>
            <w:r>
              <w:t xml:space="preserve"> </w:t>
            </w:r>
            <w:proofErr w:type="spellStart"/>
            <w:r>
              <w:t>razred</w:t>
            </w:r>
            <w:proofErr w:type="spellEnd"/>
            <w:r>
              <w:t xml:space="preserve"> </w:t>
            </w:r>
            <w:proofErr w:type="spellStart"/>
            <w:r>
              <w:t>hotelijersko-turističkih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ugostiteljskih</w:t>
            </w:r>
            <w:proofErr w:type="spellEnd"/>
            <w:r>
              <w:t xml:space="preserve"> </w:t>
            </w:r>
            <w:proofErr w:type="spellStart"/>
            <w:r>
              <w:t>škola</w:t>
            </w:r>
            <w:proofErr w:type="spellEnd"/>
            <w:r>
              <w:t xml:space="preserve"> – </w:t>
            </w:r>
            <w:proofErr w:type="spellStart"/>
            <w:r>
              <w:t>početno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</w:p>
        </w:tc>
        <w:tc>
          <w:tcPr>
            <w:tcW w:w="1666" w:type="dxa"/>
          </w:tcPr>
          <w:p w14:paraId="4BC29C82" w14:textId="77777777" w:rsidR="00A1744B" w:rsidRDefault="00292BA0">
            <w:r>
              <w:t>Školska knjiga</w:t>
            </w:r>
          </w:p>
        </w:tc>
        <w:tc>
          <w:tcPr>
            <w:tcW w:w="1672" w:type="dxa"/>
          </w:tcPr>
          <w:p w14:paraId="03FB008C" w14:textId="77777777" w:rsidR="00A1744B" w:rsidRDefault="00292BA0">
            <w:r>
              <w:t>Nevenka Blažević</w:t>
            </w:r>
          </w:p>
        </w:tc>
        <w:tc>
          <w:tcPr>
            <w:tcW w:w="1573" w:type="dxa"/>
          </w:tcPr>
          <w:p w14:paraId="4F509BC1" w14:textId="6E63C745" w:rsidR="00A1744B" w:rsidRDefault="00292BA0">
            <w:r>
              <w:t>24,00</w:t>
            </w:r>
          </w:p>
        </w:tc>
      </w:tr>
      <w:tr w:rsidR="00A1744B" w14:paraId="6974C94A" w14:textId="77777777" w:rsidTr="00C302E8">
        <w:tc>
          <w:tcPr>
            <w:tcW w:w="1713" w:type="dxa"/>
          </w:tcPr>
          <w:p w14:paraId="18D65784" w14:textId="77777777" w:rsidR="00A1744B" w:rsidRPr="00C302E8" w:rsidRDefault="00292BA0">
            <w:pPr>
              <w:rPr>
                <w:lang w:val="it-IT"/>
              </w:rPr>
            </w:pPr>
            <w:proofErr w:type="spellStart"/>
            <w:r w:rsidRPr="00C302E8">
              <w:rPr>
                <w:lang w:val="it-IT"/>
              </w:rPr>
              <w:t>Poslovni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talijanski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jezik</w:t>
            </w:r>
            <w:proofErr w:type="spellEnd"/>
            <w:r w:rsidRPr="00C302E8">
              <w:rPr>
                <w:lang w:val="it-IT"/>
              </w:rPr>
              <w:t xml:space="preserve"> u </w:t>
            </w:r>
            <w:proofErr w:type="spellStart"/>
            <w:r w:rsidRPr="00C302E8">
              <w:rPr>
                <w:lang w:val="it-IT"/>
              </w:rPr>
              <w:t>turizmu</w:t>
            </w:r>
            <w:proofErr w:type="spellEnd"/>
          </w:p>
        </w:tc>
        <w:tc>
          <w:tcPr>
            <w:tcW w:w="2006" w:type="dxa"/>
          </w:tcPr>
          <w:p w14:paraId="71E820FE" w14:textId="77777777" w:rsidR="00A1744B" w:rsidRPr="00C302E8" w:rsidRDefault="00292BA0">
            <w:pPr>
              <w:rPr>
                <w:lang w:val="it-IT"/>
              </w:rPr>
            </w:pPr>
            <w:proofErr w:type="gramStart"/>
            <w:r w:rsidRPr="00C302E8">
              <w:rPr>
                <w:lang w:val="it-IT"/>
              </w:rPr>
              <w:t>VICEVERSA</w:t>
            </w:r>
            <w:proofErr w:type="gramEnd"/>
            <w:r w:rsidRPr="00C302E8">
              <w:rPr>
                <w:lang w:val="it-IT"/>
              </w:rPr>
              <w:t xml:space="preserve"> 2; </w:t>
            </w:r>
            <w:proofErr w:type="spellStart"/>
            <w:r w:rsidRPr="00C302E8">
              <w:rPr>
                <w:lang w:val="it-IT"/>
              </w:rPr>
              <w:t>radni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udžbenik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talijanskog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jezika</w:t>
            </w:r>
            <w:proofErr w:type="spellEnd"/>
            <w:r w:rsidRPr="00C302E8">
              <w:rPr>
                <w:lang w:val="it-IT"/>
              </w:rPr>
              <w:t xml:space="preserve"> u </w:t>
            </w:r>
            <w:proofErr w:type="spellStart"/>
            <w:r w:rsidRPr="00C302E8">
              <w:rPr>
                <w:lang w:val="it-IT"/>
              </w:rPr>
              <w:t>drugom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razredu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srednjih</w:t>
            </w:r>
            <w:proofErr w:type="spellEnd"/>
            <w:r w:rsidRPr="00C302E8">
              <w:rPr>
                <w:lang w:val="it-IT"/>
              </w:rPr>
              <w:t xml:space="preserve"> </w:t>
            </w:r>
            <w:proofErr w:type="spellStart"/>
            <w:r w:rsidRPr="00C302E8">
              <w:rPr>
                <w:lang w:val="it-IT"/>
              </w:rPr>
              <w:t>škola</w:t>
            </w:r>
            <w:proofErr w:type="spellEnd"/>
          </w:p>
        </w:tc>
        <w:tc>
          <w:tcPr>
            <w:tcW w:w="1666" w:type="dxa"/>
          </w:tcPr>
          <w:p w14:paraId="71469965" w14:textId="77777777" w:rsidR="00A1744B" w:rsidRDefault="00292BA0">
            <w:proofErr w:type="spellStart"/>
            <w:r>
              <w:t>Školska</w:t>
            </w:r>
            <w:proofErr w:type="spellEnd"/>
            <w:r>
              <w:t xml:space="preserve"> </w:t>
            </w:r>
            <w:proofErr w:type="spellStart"/>
            <w:r>
              <w:t>knjiga</w:t>
            </w:r>
            <w:proofErr w:type="spellEnd"/>
          </w:p>
        </w:tc>
        <w:tc>
          <w:tcPr>
            <w:tcW w:w="1672" w:type="dxa"/>
          </w:tcPr>
          <w:p w14:paraId="3C77B1E6" w14:textId="77777777" w:rsidR="00A1744B" w:rsidRDefault="00292BA0">
            <w:r>
              <w:t>Irena Vučić, Silvia Venchiarutti</w:t>
            </w:r>
          </w:p>
        </w:tc>
        <w:tc>
          <w:tcPr>
            <w:tcW w:w="1573" w:type="dxa"/>
          </w:tcPr>
          <w:p w14:paraId="56F0A848" w14:textId="5ED4A678" w:rsidR="00A1744B" w:rsidRDefault="00292BA0">
            <w:r>
              <w:t>29,00</w:t>
            </w:r>
          </w:p>
        </w:tc>
      </w:tr>
    </w:tbl>
    <w:p w14:paraId="2B960679" w14:textId="77777777" w:rsidR="00D8463D" w:rsidRDefault="00D8463D"/>
    <w:sectPr w:rsidR="00D846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503296">
    <w:abstractNumId w:val="8"/>
  </w:num>
  <w:num w:numId="2" w16cid:durableId="501897079">
    <w:abstractNumId w:val="6"/>
  </w:num>
  <w:num w:numId="3" w16cid:durableId="563637886">
    <w:abstractNumId w:val="5"/>
  </w:num>
  <w:num w:numId="4" w16cid:durableId="1944920283">
    <w:abstractNumId w:val="4"/>
  </w:num>
  <w:num w:numId="5" w16cid:durableId="348028848">
    <w:abstractNumId w:val="7"/>
  </w:num>
  <w:num w:numId="6" w16cid:durableId="38672815">
    <w:abstractNumId w:val="3"/>
  </w:num>
  <w:num w:numId="7" w16cid:durableId="399527120">
    <w:abstractNumId w:val="2"/>
  </w:num>
  <w:num w:numId="8" w16cid:durableId="747000485">
    <w:abstractNumId w:val="1"/>
  </w:num>
  <w:num w:numId="9" w16cid:durableId="165105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85A"/>
    <w:rsid w:val="0015074B"/>
    <w:rsid w:val="00292BA0"/>
    <w:rsid w:val="0029639D"/>
    <w:rsid w:val="00326F90"/>
    <w:rsid w:val="00453249"/>
    <w:rsid w:val="00505C10"/>
    <w:rsid w:val="0074190E"/>
    <w:rsid w:val="00A1744B"/>
    <w:rsid w:val="00AA1D8D"/>
    <w:rsid w:val="00B47730"/>
    <w:rsid w:val="00C302E8"/>
    <w:rsid w:val="00CA7150"/>
    <w:rsid w:val="00CB0664"/>
    <w:rsid w:val="00D8463D"/>
    <w:rsid w:val="00DB1A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E47C0"/>
  <w14:defaultImageDpi w14:val="300"/>
  <w15:docId w15:val="{9AB48056-EBCE-439C-81FC-60B54620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M365 Copilot</dc:creator>
  <cp:keywords/>
  <dc:description>generated by python-docx</dc:description>
  <cp:lastModifiedBy>Ivana Perović Anušić</cp:lastModifiedBy>
  <cp:revision>2</cp:revision>
  <dcterms:created xsi:type="dcterms:W3CDTF">2026-08-21T13:04:00Z</dcterms:created>
  <dcterms:modified xsi:type="dcterms:W3CDTF">2026-08-21T13:04:00Z</dcterms:modified>
  <cp:category/>
</cp:coreProperties>
</file>